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41C"/>
          <w:sz w:val="32"/>
        </w:rPr>
        <w:t>Fase 1 · Avís amable</w:t>
      </w:r>
    </w:p>
    <w:p>
      <w:r>
        <w:rPr>
          <w:color w:val="5A6373"/>
          <w:sz w:val="19"/>
        </w:rPr>
        <w:t>Per correu, missatge o avís a l’app. Dies 1 a 7 des de la devolució.</w:t>
      </w:r>
    </w:p>
    <w:p>
      <w:pPr>
        <w:spacing w:after="120"/>
      </w:pPr>
      <w:r>
        <w:rPr>
          <w:b w:val="0"/>
        </w:rPr>
        <w:t xml:space="preserve">Assumpte: el teu rebut de </w:t>
      </w:r>
      <w:r>
        <w:rPr>
          <w:b w:val="0"/>
          <w:color w:val="006BED"/>
        </w:rPr>
        <w:t>[mes]</w:t>
      </w:r>
      <w:r>
        <w:rPr>
          <w:b w:val="0"/>
        </w:rPr>
        <w:t xml:space="preserve"> no s’ha pogut cobrar</w:t>
      </w:r>
    </w:p>
    <w:p>
      <w:pPr>
        <w:spacing w:after="120"/>
      </w:pPr>
      <w:r>
        <w:rPr>
          <w:b w:val="0"/>
        </w:rPr>
        <w:t xml:space="preserve">Hola, </w:t>
      </w:r>
      <w:r>
        <w:rPr>
          <w:b w:val="0"/>
          <w:color w:val="006BED"/>
        </w:rPr>
        <w:t>[nom]</w:t>
      </w:r>
      <w:r>
        <w:rPr>
          <w:b w:val="0"/>
        </w:rPr>
        <w:t>:</w:t>
      </w:r>
    </w:p>
    <w:p>
      <w:pPr>
        <w:spacing w:after="120"/>
      </w:pPr>
      <w:r>
        <w:rPr>
          <w:b w:val="0"/>
        </w:rPr>
        <w:t xml:space="preserve">T’escrivim perquè el rebut de </w:t>
      </w:r>
      <w:r>
        <w:rPr>
          <w:b w:val="0"/>
          <w:color w:val="006BED"/>
        </w:rPr>
        <w:t>[concepte]</w:t>
      </w:r>
      <w:r>
        <w:rPr>
          <w:b w:val="0"/>
        </w:rPr>
        <w:t xml:space="preserve"> de </w:t>
      </w:r>
      <w:r>
        <w:rPr>
          <w:b w:val="0"/>
          <w:color w:val="006BED"/>
        </w:rPr>
        <w:t>[mes]</w:t>
      </w:r>
      <w:r>
        <w:rPr>
          <w:b w:val="0"/>
        </w:rPr>
        <w:t xml:space="preserve">, de </w:t>
      </w:r>
      <w:r>
        <w:rPr>
          <w:b w:val="0"/>
          <w:color w:val="006BED"/>
        </w:rPr>
        <w:t>[import]</w:t>
      </w:r>
      <w:r>
        <w:rPr>
          <w:b w:val="0"/>
        </w:rPr>
        <w:t xml:space="preserve"> €, ens ha arribat retornat pel banc. Moltes vegades és un canvi de compte o un error puntual.</w:t>
      </w:r>
    </w:p>
    <w:p>
      <w:pPr>
        <w:spacing w:after="120"/>
      </w:pPr>
      <w:r>
        <w:rPr>
          <w:b w:val="0"/>
        </w:rPr>
        <w:t xml:space="preserve">Ens confirmes si vols que el tornem a passar o prefereixes pagar-lo per </w:t>
      </w:r>
      <w:r>
        <w:rPr>
          <w:b w:val="0"/>
          <w:color w:val="006BED"/>
        </w:rPr>
        <w:t>[transferència / Bizum / la plataforma]</w:t>
      </w:r>
      <w:r>
        <w:rPr>
          <w:b w:val="0"/>
        </w:rPr>
        <w:t>? Si ha canviat el teu número de compte, digues-nos-ho i l’actualitzem.</w:t>
      </w:r>
    </w:p>
    <w:p>
      <w:pPr>
        <w:spacing w:after="120"/>
      </w:pPr>
      <w:r>
        <w:rPr>
          <w:b w:val="0"/>
        </w:rPr>
        <w:t>Gràcies i salutacions,</w:t>
      </w:r>
    </w:p>
    <w:p>
      <w:pPr>
        <w:spacing w:after="120"/>
      </w:pPr>
      <w:r>
        <w:rPr>
          <w:b w:val="0"/>
          <w:color w:val="006BED"/>
        </w:rPr>
        <w:t>[Nom]</w:t>
      </w:r>
      <w:r>
        <w:rPr>
          <w:b w:val="0"/>
        </w:rPr>
        <w:t xml:space="preserve"> · Tresoreria de </w:t>
      </w:r>
      <w:r>
        <w:rPr>
          <w:b w:val="0"/>
          <w:color w:val="006BED"/>
        </w:rPr>
        <w:t>[entitat]</w:t>
      </w:r>
    </w:p>
    <w:p>
      <w:r>
        <w:br w:type="page"/>
      </w:r>
    </w:p>
    <w:p>
      <w:r>
        <w:rPr>
          <w:b/>
          <w:color w:val="0F141C"/>
          <w:sz w:val="32"/>
        </w:rPr>
        <w:t>Fase 2 · Recordatori formal</w:t>
      </w:r>
    </w:p>
    <w:p>
      <w:r>
        <w:rPr>
          <w:color w:val="5A6373"/>
          <w:sz w:val="19"/>
        </w:rPr>
        <w:t>Per correu electrònic o carta. Cap al dia 15.</w:t>
      </w:r>
    </w:p>
    <w:p>
      <w:pPr>
        <w:spacing w:after="120"/>
      </w:pPr>
      <w:r>
        <w:rPr>
          <w:b/>
          <w:color w:val="006BED"/>
        </w:rPr>
        <w:t>[NOM DE L’ENTITAT]</w:t>
      </w:r>
    </w:p>
    <w:p>
      <w:pPr>
        <w:spacing w:after="120"/>
      </w:pPr>
      <w:r>
        <w:rPr>
          <w:b w:val="0"/>
        </w:rPr>
        <w:t xml:space="preserve">NIF </w:t>
      </w:r>
      <w:r>
        <w:rPr>
          <w:b w:val="0"/>
          <w:color w:val="006BED"/>
        </w:rPr>
        <w:t>[NIF]</w:t>
      </w:r>
      <w:r>
        <w:rPr>
          <w:b w:val="0"/>
        </w:rPr>
        <w:t xml:space="preserve"> · </w:t>
      </w:r>
      <w:r>
        <w:rPr>
          <w:b w:val="0"/>
          <w:color w:val="006BED"/>
        </w:rPr>
        <w:t>[Domicili]</w:t>
      </w:r>
    </w:p>
    <w:p>
      <w:pPr>
        <w:spacing w:after="120"/>
      </w:pPr>
      <w:r>
        <w:rPr>
          <w:b w:val="0"/>
          <w:color w:val="006BED"/>
        </w:rPr>
        <w:t>[Nom i cognoms del soci o del titular del rebut]</w:t>
      </w:r>
      <w:r>
        <w:rPr>
          <w:b w:val="0"/>
        </w:rPr>
        <w:t xml:space="preserve"> · </w:t>
      </w:r>
      <w:r>
        <w:rPr>
          <w:b w:val="0"/>
          <w:color w:val="006BED"/>
        </w:rPr>
        <w:t>[Adreça]</w:t>
      </w:r>
    </w:p>
    <w:p>
      <w:pPr>
        <w:spacing w:after="120"/>
      </w:pPr>
      <w:r>
        <w:rPr>
          <w:b w:val="0"/>
        </w:rPr>
        <w:t xml:space="preserve">A </w:t>
      </w:r>
      <w:r>
        <w:rPr>
          <w:b w:val="0"/>
          <w:color w:val="006BED"/>
        </w:rPr>
        <w:t>[localitat]</w:t>
      </w:r>
      <w:r>
        <w:rPr>
          <w:b w:val="0"/>
        </w:rPr>
        <w:t xml:space="preserve">, </w:t>
      </w:r>
      <w:r>
        <w:rPr>
          <w:b w:val="0"/>
          <w:color w:val="006BED"/>
        </w:rPr>
        <w:t>[data]</w:t>
      </w:r>
    </w:p>
    <w:p>
      <w:pPr>
        <w:spacing w:after="120"/>
      </w:pPr>
      <w:r>
        <w:rPr>
          <w:b/>
        </w:rPr>
        <w:t>Assumpte: recordatori de quotes pendents</w:t>
      </w:r>
    </w:p>
    <w:p>
      <w:pPr>
        <w:spacing w:after="120"/>
      </w:pPr>
      <w:r>
        <w:rPr>
          <w:b w:val="0"/>
        </w:rPr>
        <w:t xml:space="preserve">Benvolgut/da </w:t>
      </w:r>
      <w:r>
        <w:rPr>
          <w:b w:val="0"/>
          <w:color w:val="006BED"/>
        </w:rPr>
        <w:t>[nom]</w:t>
      </w:r>
      <w:r>
        <w:rPr>
          <w:b w:val="0"/>
        </w:rPr>
        <w:t>:</w:t>
      </w:r>
    </w:p>
    <w:p>
      <w:pPr>
        <w:spacing w:after="120"/>
      </w:pPr>
      <w:r>
        <w:rPr>
          <w:b w:val="0"/>
        </w:rPr>
        <w:t xml:space="preserve">Segons els nostres registres, a data d’avui estan pendents de pagament les quotes següents corresponents a </w:t>
      </w:r>
      <w:r>
        <w:rPr>
          <w:b w:val="0"/>
          <w:color w:val="006BED"/>
        </w:rPr>
        <w:t>[nom del soci/esportista]</w:t>
      </w:r>
      <w:r>
        <w:rPr>
          <w:b w:val="0"/>
        </w:rPr>
        <w:t>:</w:t>
      </w:r>
    </w:p>
    <w:p>
      <w:pPr>
        <w:spacing w:after="120"/>
      </w:pPr>
      <w:r>
        <w:rPr>
          <w:b w:val="0"/>
        </w:rPr>
        <w:t xml:space="preserve">· </w:t>
      </w:r>
      <w:r>
        <w:rPr>
          <w:b w:val="0"/>
          <w:color w:val="006BED"/>
        </w:rPr>
        <w:t>[Concepte i mes]</w:t>
      </w:r>
      <w:r>
        <w:rPr>
          <w:b w:val="0"/>
        </w:rPr>
        <w:t xml:space="preserve">: </w:t>
      </w:r>
      <w:r>
        <w:rPr>
          <w:b w:val="0"/>
          <w:color w:val="006BED"/>
        </w:rPr>
        <w:t>[import]</w:t>
      </w:r>
      <w:r>
        <w:rPr>
          <w:b w:val="0"/>
        </w:rPr>
        <w:t xml:space="preserve"> €</w:t>
      </w:r>
    </w:p>
    <w:p>
      <w:pPr>
        <w:spacing w:after="120"/>
      </w:pPr>
      <w:r>
        <w:rPr>
          <w:b w:val="0"/>
        </w:rPr>
        <w:t xml:space="preserve">· </w:t>
      </w:r>
      <w:r>
        <w:rPr>
          <w:b w:val="0"/>
          <w:color w:val="006BED"/>
        </w:rPr>
        <w:t>[Concepte i mes]</w:t>
      </w:r>
      <w:r>
        <w:rPr>
          <w:b w:val="0"/>
        </w:rPr>
        <w:t xml:space="preserve">: </w:t>
      </w:r>
      <w:r>
        <w:rPr>
          <w:b w:val="0"/>
          <w:color w:val="006BED"/>
        </w:rPr>
        <w:t>[import]</w:t>
      </w:r>
      <w:r>
        <w:rPr>
          <w:b w:val="0"/>
        </w:rPr>
        <w:t xml:space="preserve"> €</w:t>
      </w:r>
    </w:p>
    <w:p>
      <w:pPr>
        <w:spacing w:after="120"/>
      </w:pPr>
      <w:r>
        <w:rPr>
          <w:b/>
        </w:rPr>
        <w:t xml:space="preserve">Total pendent: </w:t>
      </w:r>
      <w:r>
        <w:rPr>
          <w:b/>
          <w:color w:val="006BED"/>
        </w:rPr>
        <w:t>[import]</w:t>
      </w:r>
      <w:r>
        <w:rPr>
          <w:b/>
        </w:rPr>
        <w:t xml:space="preserve"> €</w:t>
      </w:r>
    </w:p>
    <w:p>
      <w:pPr>
        <w:spacing w:after="120"/>
      </w:pPr>
      <w:r>
        <w:rPr>
          <w:b w:val="0"/>
        </w:rPr>
        <w:t xml:space="preserve">Et demanem que regularitzis l’import en un termini de 10 dies naturals des de la recepció d’aquesta carta, mitjançant </w:t>
      </w:r>
      <w:r>
        <w:rPr>
          <w:b w:val="0"/>
          <w:color w:val="006BED"/>
        </w:rPr>
        <w:t>[transferència al compte ES00… / pagament a la plataforma / a la seu]</w:t>
      </w:r>
      <w:r>
        <w:rPr>
          <w:b w:val="0"/>
        </w:rPr>
        <w:t>. Si ja has fet el pagament, no tinguis en compte aquest avís i envia’ns el justificant.</w:t>
      </w:r>
    </w:p>
    <w:p>
      <w:pPr>
        <w:spacing w:after="120"/>
      </w:pPr>
      <w:r>
        <w:rPr>
          <w:b w:val="0"/>
        </w:rPr>
        <w:t xml:space="preserve">Et recordem que, segons l’article </w:t>
      </w:r>
      <w:r>
        <w:rPr>
          <w:b w:val="0"/>
          <w:color w:val="006BED"/>
        </w:rPr>
        <w:t>[núm.]</w:t>
      </w:r>
      <w:r>
        <w:rPr>
          <w:b w:val="0"/>
        </w:rPr>
        <w:t xml:space="preserve"> </w:t>
      </w:r>
      <w:r>
        <w:rPr>
          <w:b w:val="0"/>
          <w:color w:val="006BED"/>
        </w:rPr>
        <w:t>[dels estatuts / del reglament intern]</w:t>
      </w:r>
      <w:r>
        <w:rPr>
          <w:b w:val="0"/>
        </w:rPr>
        <w:t xml:space="preserve">, l’impagament de </w:t>
      </w:r>
      <w:r>
        <w:rPr>
          <w:b w:val="0"/>
          <w:color w:val="006BED"/>
        </w:rPr>
        <w:t>[núm.]</w:t>
      </w:r>
      <w:r>
        <w:rPr>
          <w:b w:val="0"/>
        </w:rPr>
        <w:t xml:space="preserve"> quotes pot donar lloc a </w:t>
      </w:r>
      <w:r>
        <w:rPr>
          <w:b w:val="0"/>
          <w:color w:val="006BED"/>
        </w:rPr>
        <w:t>[la suspensió de l’activitat / la baixa com a soci]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>Si estàs passant per una situació que t’impedeix pagar, explica-ho: podem estudiar un ajornament.</w:t>
      </w:r>
    </w:p>
    <w:p>
      <w:pPr>
        <w:spacing w:after="120"/>
      </w:pPr>
      <w:r>
        <w:rPr>
          <w:b w:val="0"/>
        </w:rPr>
        <w:t>Salutacions,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816"/>
          </w:tcPr>
          <w:p>
            <w:r>
              <w:t>[Nom] · Tresoreria de [entitat]</w:t>
            </w:r>
          </w:p>
        </w:tc>
        <w:tc>
          <w:tcPr>
            <w:tcW w:type="dxa" w:w="4816"/>
          </w:tcPr>
          <w:p>
            <w:r>
              <w:t>Contacte: [correu / telèfon]</w:t>
            </w:r>
          </w:p>
        </w:tc>
      </w:tr>
    </w:tbl>
    <w:p/>
    <w:p>
      <w:r>
        <w:br w:type="page"/>
      </w:r>
    </w:p>
    <w:p>
      <w:r>
        <w:rPr>
          <w:b/>
          <w:color w:val="0F141C"/>
          <w:sz w:val="32"/>
        </w:rPr>
        <w:t>Fase 3 · Requeriment final</w:t>
      </w:r>
    </w:p>
    <w:p>
      <w:r>
        <w:rPr>
          <w:color w:val="5A6373"/>
          <w:sz w:val="19"/>
        </w:rPr>
        <w:t>Per burofax o correu certificat. Cap al dia 30.</w:t>
      </w:r>
    </w:p>
    <w:p>
      <w:pPr>
        <w:spacing w:after="120"/>
      </w:pPr>
      <w:r>
        <w:rPr>
          <w:b/>
          <w:color w:val="006BED"/>
        </w:rPr>
        <w:t>[NOM DE L’ENTITAT]</w:t>
      </w:r>
    </w:p>
    <w:p>
      <w:pPr>
        <w:spacing w:after="120"/>
      </w:pPr>
      <w:r>
        <w:rPr>
          <w:b w:val="0"/>
        </w:rPr>
        <w:t xml:space="preserve">NIF </w:t>
      </w:r>
      <w:r>
        <w:rPr>
          <w:b w:val="0"/>
          <w:color w:val="006BED"/>
        </w:rPr>
        <w:t>[NIF]</w:t>
      </w:r>
      <w:r>
        <w:rPr>
          <w:b w:val="0"/>
        </w:rPr>
        <w:t xml:space="preserve"> · </w:t>
      </w:r>
      <w:r>
        <w:rPr>
          <w:b w:val="0"/>
          <w:color w:val="006BED"/>
        </w:rPr>
        <w:t>[Domicili]</w:t>
      </w:r>
    </w:p>
    <w:p>
      <w:pPr>
        <w:spacing w:after="120"/>
      </w:pPr>
      <w:r>
        <w:rPr>
          <w:b w:val="0"/>
          <w:color w:val="006BED"/>
        </w:rPr>
        <w:t>[Nom i cognoms]</w:t>
      </w:r>
      <w:r>
        <w:rPr>
          <w:b w:val="0"/>
        </w:rPr>
        <w:t xml:space="preserve"> · </w:t>
      </w:r>
      <w:r>
        <w:rPr>
          <w:b w:val="0"/>
          <w:color w:val="006BED"/>
        </w:rPr>
        <w:t>[Adreça]</w:t>
      </w:r>
    </w:p>
    <w:p>
      <w:pPr>
        <w:spacing w:after="120"/>
      </w:pPr>
      <w:r>
        <w:rPr>
          <w:b w:val="0"/>
        </w:rPr>
        <w:t xml:space="preserve">A </w:t>
      </w:r>
      <w:r>
        <w:rPr>
          <w:b w:val="0"/>
          <w:color w:val="006BED"/>
        </w:rPr>
        <w:t>[localitat]</w:t>
      </w:r>
      <w:r>
        <w:rPr>
          <w:b w:val="0"/>
        </w:rPr>
        <w:t xml:space="preserve">, </w:t>
      </w:r>
      <w:r>
        <w:rPr>
          <w:b w:val="0"/>
          <w:color w:val="006BED"/>
        </w:rPr>
        <w:t>[data]</w:t>
      </w:r>
    </w:p>
    <w:p>
      <w:pPr>
        <w:spacing w:after="120"/>
      </w:pPr>
      <w:r>
        <w:rPr>
          <w:b/>
        </w:rPr>
        <w:t>Assumpte: requeriment de pagament de quotes pendents</w:t>
      </w:r>
    </w:p>
    <w:p>
      <w:pPr>
        <w:spacing w:after="120"/>
      </w:pPr>
      <w:r>
        <w:rPr>
          <w:b w:val="0"/>
        </w:rPr>
        <w:t xml:space="preserve">Benvolgut/da </w:t>
      </w:r>
      <w:r>
        <w:rPr>
          <w:b w:val="0"/>
          <w:color w:val="006BED"/>
        </w:rPr>
        <w:t>[nom]</w:t>
      </w:r>
      <w:r>
        <w:rPr>
          <w:b w:val="0"/>
        </w:rPr>
        <w:t>:</w:t>
      </w:r>
    </w:p>
    <w:p>
      <w:pPr>
        <w:spacing w:after="120"/>
      </w:pPr>
      <w:r>
        <w:rPr>
          <w:b w:val="0"/>
        </w:rPr>
        <w:t xml:space="preserve">Malgrat les nostres comunicacions de dates </w:t>
      </w:r>
      <w:r>
        <w:rPr>
          <w:b w:val="0"/>
          <w:color w:val="006BED"/>
        </w:rPr>
        <w:t>[data]</w:t>
      </w:r>
      <w:r>
        <w:rPr>
          <w:b w:val="0"/>
        </w:rPr>
        <w:t xml:space="preserve"> i </w:t>
      </w:r>
      <w:r>
        <w:rPr>
          <w:b w:val="0"/>
          <w:color w:val="006BED"/>
        </w:rPr>
        <w:t>[data]</w:t>
      </w:r>
      <w:r>
        <w:rPr>
          <w:b w:val="0"/>
        </w:rPr>
        <w:t xml:space="preserve">, a dia d’avui continua pendent de pagament la quantitat de </w:t>
      </w:r>
      <w:r>
        <w:rPr>
          <w:b w:val="0"/>
          <w:color w:val="006BED"/>
        </w:rPr>
        <w:t>[import]</w:t>
      </w:r>
      <w:r>
        <w:rPr>
          <w:b w:val="0"/>
        </w:rPr>
        <w:t xml:space="preserve"> €, corresponent a les quotes de </w:t>
      </w:r>
      <w:r>
        <w:rPr>
          <w:b w:val="0"/>
          <w:color w:val="006BED"/>
        </w:rPr>
        <w:t>[mesos]</w:t>
      </w:r>
      <w:r>
        <w:rPr>
          <w:b w:val="0"/>
        </w:rPr>
        <w:t xml:space="preserve"> de </w:t>
      </w:r>
      <w:r>
        <w:rPr>
          <w:b w:val="0"/>
          <w:color w:val="006BED"/>
        </w:rPr>
        <w:t>[nom del soci/esportista]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Per la present et requerim que abonis aquesta quantitat en el termini improrrogable de </w:t>
      </w:r>
      <w:r>
        <w:rPr>
          <w:b w:val="0"/>
          <w:color w:val="006BED"/>
        </w:rPr>
        <w:t>[7 / 10]</w:t>
      </w:r>
      <w:r>
        <w:rPr>
          <w:b w:val="0"/>
        </w:rPr>
        <w:t xml:space="preserve"> dies naturals des de la recepció d’aquesta comunicació, mitjançant </w:t>
      </w:r>
      <w:r>
        <w:rPr>
          <w:b w:val="0"/>
          <w:color w:val="006BED"/>
        </w:rPr>
        <w:t>[forma de pagament]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Transcorregut aquest termini sense que s’hagi fet el pagament, la Junta Directiva procedirà, d’acord amb l’article </w:t>
      </w:r>
      <w:r>
        <w:rPr>
          <w:b w:val="0"/>
          <w:color w:val="006BED"/>
        </w:rPr>
        <w:t>[núm.]</w:t>
      </w:r>
      <w:r>
        <w:rPr>
          <w:b w:val="0"/>
        </w:rPr>
        <w:t xml:space="preserve"> </w:t>
      </w:r>
      <w:r>
        <w:rPr>
          <w:b w:val="0"/>
          <w:color w:val="006BED"/>
        </w:rPr>
        <w:t>[dels estatuts / del reglament intern]</w:t>
      </w:r>
      <w:r>
        <w:rPr>
          <w:b w:val="0"/>
        </w:rPr>
        <w:t xml:space="preserve">, a </w:t>
      </w:r>
      <w:r>
        <w:rPr>
          <w:b w:val="0"/>
          <w:color w:val="006BED"/>
        </w:rPr>
        <w:t>[la suspensió de la participació en l’activitat / la baixa com a soci]</w:t>
      </w:r>
      <w:r>
        <w:rPr>
          <w:b w:val="0"/>
        </w:rPr>
        <w:t>, sens perjudici de reclamar la quantitat deguda per les vies legals oportunes.</w:t>
      </w:r>
    </w:p>
    <w:p>
      <w:pPr>
        <w:spacing w:after="120"/>
      </w:pPr>
      <w:r>
        <w:rPr>
          <w:b w:val="0"/>
        </w:rPr>
        <w:t>Restem a la teva disposició per a qualsevol aclariment o per acordar un calendari de pagament.</w:t>
      </w:r>
    </w:p>
    <w:p>
      <w:pPr>
        <w:spacing w:after="120"/>
      </w:pPr>
      <w:r>
        <w:rPr>
          <w:b w:val="0"/>
        </w:rPr>
        <w:t>Atentament,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816"/>
          </w:tcPr>
          <w:p>
            <w:r>
              <w:t>[Nom] · Tresoreria de [entitat]</w:t>
            </w:r>
          </w:p>
        </w:tc>
        <w:tc>
          <w:tcPr>
            <w:tcW w:type="dxa" w:w="4816"/>
          </w:tcPr>
          <w:p>
            <w:r>
              <w:t>Contacte: [correu / telèfon]</w:t>
            </w:r>
          </w:p>
        </w:tc>
      </w:tr>
    </w:tbl>
    <w:p/>
    <w:p>
      <w:r>
        <w:br w:type="page"/>
      </w:r>
    </w:p>
    <w:p>
      <w:r>
        <w:rPr>
          <w:b/>
          <w:color w:val="0F141C"/>
          <w:sz w:val="32"/>
        </w:rPr>
        <w:t>Proposta d’acord d’ajornament</w:t>
      </w:r>
    </w:p>
    <w:p>
      <w:r>
        <w:rPr>
          <w:color w:val="5A6373"/>
          <w:sz w:val="19"/>
        </w:rPr>
        <w:t>Per a famílies que volen pagar però necessiten temps.</w:t>
      </w:r>
    </w:p>
    <w:p>
      <w:pPr>
        <w:spacing w:after="120"/>
      </w:pPr>
      <w:r>
        <w:rPr>
          <w:b w:val="0"/>
        </w:rPr>
        <w:t xml:space="preserve">Entre </w:t>
      </w:r>
      <w:r>
        <w:rPr>
          <w:b w:val="0"/>
          <w:color w:val="006BED"/>
        </w:rPr>
        <w:t>[nom de l’entitat]</w:t>
      </w:r>
      <w:r>
        <w:rPr>
          <w:b w:val="0"/>
        </w:rPr>
        <w:t xml:space="preserve">, representada per </w:t>
      </w:r>
      <w:r>
        <w:rPr>
          <w:b w:val="0"/>
          <w:color w:val="006BED"/>
        </w:rPr>
        <w:t>[nom i càrrec]</w:t>
      </w:r>
      <w:r>
        <w:rPr>
          <w:b w:val="0"/>
        </w:rPr>
        <w:t xml:space="preserve">, i el Sr./la Sra. </w:t>
      </w:r>
      <w:r>
        <w:rPr>
          <w:b w:val="0"/>
          <w:color w:val="006BED"/>
        </w:rPr>
        <w:t>[nom i cognoms]</w:t>
      </w:r>
      <w:r>
        <w:rPr>
          <w:b w:val="0"/>
        </w:rPr>
        <w:t xml:space="preserve">, amb DNI </w:t>
      </w:r>
      <w:r>
        <w:rPr>
          <w:b w:val="0"/>
          <w:color w:val="006BED"/>
        </w:rPr>
        <w:t>[núm.]</w:t>
      </w:r>
      <w:r>
        <w:rPr>
          <w:b w:val="0"/>
        </w:rPr>
        <w:t>, s’acorda:</w:t>
      </w:r>
    </w:p>
    <w:p>
      <w:pPr>
        <w:spacing w:after="120"/>
      </w:pPr>
      <w:r>
        <w:rPr>
          <w:b w:val="0"/>
        </w:rPr>
        <w:t xml:space="preserve">1. Que la quantitat pendent a data d’avui és de </w:t>
      </w:r>
      <w:r>
        <w:rPr>
          <w:b w:val="0"/>
          <w:color w:val="006BED"/>
        </w:rPr>
        <w:t>[import]</w:t>
      </w:r>
      <w:r>
        <w:rPr>
          <w:b w:val="0"/>
        </w:rPr>
        <w:t xml:space="preserve"> €, corresponent a </w:t>
      </w:r>
      <w:r>
        <w:rPr>
          <w:b w:val="0"/>
          <w:color w:val="006BED"/>
        </w:rPr>
        <w:t>[conceptes i mesos]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2. Que aquesta quantitat s’abonarà en </w:t>
      </w:r>
      <w:r>
        <w:rPr>
          <w:b w:val="0"/>
          <w:color w:val="006BED"/>
        </w:rPr>
        <w:t>[núm.]</w:t>
      </w:r>
      <w:r>
        <w:rPr>
          <w:b w:val="0"/>
        </w:rPr>
        <w:t xml:space="preserve"> pagaments de </w:t>
      </w:r>
      <w:r>
        <w:rPr>
          <w:b w:val="0"/>
          <w:color w:val="006BED"/>
        </w:rPr>
        <w:t>[import]</w:t>
      </w:r>
      <w:r>
        <w:rPr>
          <w:b w:val="0"/>
        </w:rPr>
        <w:t xml:space="preserve"> € els dies </w:t>
      </w:r>
      <w:r>
        <w:rPr>
          <w:b w:val="0"/>
          <w:color w:val="006BED"/>
        </w:rPr>
        <w:t>[dates]</w:t>
      </w:r>
      <w:r>
        <w:rPr>
          <w:b w:val="0"/>
        </w:rPr>
        <w:t xml:space="preserve">, mitjançant </w:t>
      </w:r>
      <w:r>
        <w:rPr>
          <w:b w:val="0"/>
          <w:color w:val="006BED"/>
        </w:rPr>
        <w:t>[forma de pagament]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3. Que, mentre es compleixi aquest calendari, </w:t>
      </w:r>
      <w:r>
        <w:rPr>
          <w:b w:val="0"/>
          <w:color w:val="006BED"/>
        </w:rPr>
        <w:t>[nom del soci/esportista]</w:t>
      </w:r>
      <w:r>
        <w:rPr>
          <w:b w:val="0"/>
        </w:rPr>
        <w:t xml:space="preserve"> podrà continuar participant amb normalitat en l’activitat.</w:t>
      </w:r>
    </w:p>
    <w:p>
      <w:pPr>
        <w:spacing w:after="120"/>
      </w:pPr>
      <w:r>
        <w:rPr>
          <w:b w:val="0"/>
        </w:rPr>
        <w:t xml:space="preserve">4. Que l’incompliment de dos pagaments consecutius deixarà sense efecte aquest acord i s’aplicarà el que preveuen </w:t>
      </w:r>
      <w:r>
        <w:rPr>
          <w:b w:val="0"/>
          <w:color w:val="006BED"/>
        </w:rPr>
        <w:t>[els estatuts / el reglament intern]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A </w:t>
      </w:r>
      <w:r>
        <w:rPr>
          <w:b w:val="0"/>
          <w:color w:val="006BED"/>
        </w:rPr>
        <w:t>[localitat]</w:t>
      </w:r>
      <w:r>
        <w:rPr>
          <w:b w:val="0"/>
        </w:rPr>
        <w:t xml:space="preserve">, </w:t>
      </w:r>
      <w:r>
        <w:rPr>
          <w:b w:val="0"/>
          <w:color w:val="006BED"/>
        </w:rPr>
        <w:t>[data]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>Per l’entitat: ______________________      La persona sòcia o titular: ______________________</w:t>
      </w:r>
    </w:p>
    <w:p>
      <w:r>
        <w:rPr>
          <w:i/>
          <w:color w:val="5A6373"/>
          <w:sz w:val="18"/>
        </w:rPr>
        <w:t>El que es digui a les cartes ha d’estar previst als estatuts o al reglament intern que va acceptar el soci. Per iniciar una reclamació judicial, consulta amb un professional.</w:t>
      </w:r>
    </w:p>
    <w:sectPr w:rsidR="00FC693F" w:rsidRPr="0006063C" w:rsidSect="00034616">
      <w:footerReference w:type="default" r:id="rId9"/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373"/>
        <w:sz w:val="16"/>
      </w:rPr>
      <w:t>Models facilitats per Playoff · playoffinformatica.com · Adapta’ls als teus estatuts i reglament intern.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