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0F141C"/>
          <w:sz w:val="32"/>
        </w:rPr>
        <w:t>Convocatòria d’Assemblea General Ordinària</w:t>
      </w:r>
    </w:p>
    <w:p>
      <w:r>
        <w:rPr>
          <w:color w:val="5A6373"/>
          <w:sz w:val="19"/>
        </w:rPr>
        <w:t>Substitueix el text entre claudàtors i revisa l’antelació i la forma de convocatòria que fixen els teus estatuts.</w:t>
      </w:r>
    </w:p>
    <w:p>
      <w:pPr>
        <w:spacing w:after="120"/>
      </w:pPr>
      <w:r>
        <w:rPr>
          <w:b/>
          <w:color w:val="006BED"/>
        </w:rPr>
        <w:t>[NOM DE L’ASSOCIACIÓ]</w:t>
      </w:r>
    </w:p>
    <w:p>
      <w:pPr>
        <w:spacing w:after="120"/>
      </w:pPr>
      <w:r>
        <w:rPr>
          <w:b w:val="0"/>
        </w:rPr>
        <w:t xml:space="preserve">NIF </w:t>
      </w:r>
      <w:r>
        <w:rPr>
          <w:b w:val="0"/>
          <w:color w:val="006BED"/>
        </w:rPr>
        <w:t>[NIF]</w:t>
      </w:r>
      <w:r>
        <w:rPr>
          <w:b w:val="0"/>
        </w:rPr>
        <w:t xml:space="preserve"> · </w:t>
      </w:r>
      <w:r>
        <w:rPr>
          <w:b w:val="0"/>
          <w:color w:val="006BED"/>
        </w:rPr>
        <w:t>[Domicili social]</w:t>
      </w:r>
    </w:p>
    <w:p>
      <w:pPr>
        <w:spacing w:after="120"/>
      </w:pPr>
      <w:r>
        <w:rPr>
          <w:b w:val="0"/>
        </w:rPr>
        <w:t xml:space="preserve">Per acord de la Junta Directiva de data </w:t>
      </w:r>
      <w:r>
        <w:rPr>
          <w:b w:val="0"/>
          <w:color w:val="006BED"/>
        </w:rPr>
        <w:t>[data]</w:t>
      </w:r>
      <w:r>
        <w:rPr>
          <w:b w:val="0"/>
        </w:rPr>
        <w:t xml:space="preserve">, i de conformitat amb el que disposa l’article </w:t>
      </w:r>
      <w:r>
        <w:rPr>
          <w:b w:val="0"/>
          <w:color w:val="006BED"/>
        </w:rPr>
        <w:t>[núm.]</w:t>
      </w:r>
      <w:r>
        <w:rPr>
          <w:b w:val="0"/>
        </w:rPr>
        <w:t xml:space="preserve"> dels Estatuts, es convoca totes les persones associades a l’Assemblea General Ordinària, que se celebrarà el dia </w:t>
      </w:r>
      <w:r>
        <w:rPr>
          <w:b w:val="0"/>
          <w:color w:val="006BED"/>
        </w:rPr>
        <w:t>[data]</w:t>
      </w:r>
      <w:r>
        <w:rPr>
          <w:b w:val="0"/>
        </w:rPr>
        <w:t xml:space="preserve"> a </w:t>
      </w:r>
      <w:r>
        <w:rPr>
          <w:b w:val="0"/>
          <w:color w:val="006BED"/>
        </w:rPr>
        <w:t>[lloc / enllaç de connexió]</w:t>
      </w:r>
      <w:r>
        <w:rPr>
          <w:b w:val="0"/>
        </w:rPr>
        <w:t xml:space="preserve">, a les </w:t>
      </w:r>
      <w:r>
        <w:rPr>
          <w:b w:val="0"/>
          <w:color w:val="006BED"/>
        </w:rPr>
        <w:t>[hora]</w:t>
      </w:r>
      <w:r>
        <w:rPr>
          <w:b w:val="0"/>
        </w:rPr>
        <w:t xml:space="preserve"> en primera convocatòria i a les </w:t>
      </w:r>
      <w:r>
        <w:rPr>
          <w:b w:val="0"/>
          <w:color w:val="006BED"/>
        </w:rPr>
        <w:t>[hora]</w:t>
      </w:r>
      <w:r>
        <w:rPr>
          <w:b w:val="0"/>
        </w:rPr>
        <w:t xml:space="preserve"> en segona convocatòria, amb el següent</w:t>
      </w:r>
    </w:p>
    <w:p>
      <w:pPr>
        <w:spacing w:after="120"/>
      </w:pPr>
      <w:r>
        <w:rPr>
          <w:b/>
        </w:rPr>
        <w:t>ORDRE DEL DIA</w:t>
      </w:r>
    </w:p>
    <w:p>
      <w:pPr>
        <w:spacing w:after="120"/>
      </w:pPr>
      <w:r>
        <w:rPr>
          <w:b w:val="0"/>
        </w:rPr>
        <w:t>1. Lectura i aprovació, si escau, de l’acta de la sessió anterior.</w:t>
      </w:r>
    </w:p>
    <w:p>
      <w:pPr>
        <w:spacing w:after="120"/>
      </w:pPr>
      <w:r>
        <w:rPr>
          <w:b w:val="0"/>
        </w:rPr>
        <w:t xml:space="preserve">2. Examen i aprovació, si escau, dels comptes anuals de l’exercici </w:t>
      </w:r>
      <w:r>
        <w:rPr>
          <w:b w:val="0"/>
          <w:color w:val="006BED"/>
        </w:rPr>
        <w:t>[any]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3. Memòria d’activitats de l’exercici </w:t>
      </w:r>
      <w:r>
        <w:rPr>
          <w:b w:val="0"/>
          <w:color w:val="006BED"/>
        </w:rPr>
        <w:t>[any]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4. Examen i aprovació, si escau, del pressupost de l’exercici </w:t>
      </w:r>
      <w:r>
        <w:rPr>
          <w:b w:val="0"/>
          <w:color w:val="006BED"/>
        </w:rPr>
        <w:t>[any]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5. Aprovació, si escau, de les quotes per a la temporada </w:t>
      </w:r>
      <w:r>
        <w:rPr>
          <w:b w:val="0"/>
          <w:color w:val="006BED"/>
        </w:rPr>
        <w:t>[temporada]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>6. Precs i preguntes.</w:t>
      </w:r>
    </w:p>
    <w:p>
      <w:pPr>
        <w:spacing w:after="120"/>
      </w:pPr>
      <w:r>
        <w:rPr>
          <w:b w:val="0"/>
        </w:rPr>
        <w:t xml:space="preserve">La documentació relativa als punts de l’ordre del dia està a disposició de les persones associades a </w:t>
      </w:r>
      <w:r>
        <w:rPr>
          <w:b w:val="0"/>
          <w:color w:val="006BED"/>
        </w:rPr>
        <w:t>[seu / web / correu]</w:t>
      </w:r>
      <w:r>
        <w:rPr>
          <w:b w:val="0"/>
        </w:rPr>
        <w:t xml:space="preserve"> des del dia </w:t>
      </w:r>
      <w:r>
        <w:rPr>
          <w:b w:val="0"/>
          <w:color w:val="006BED"/>
        </w:rPr>
        <w:t>[data]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Les persones associades que no hi puguin assistir podran delegar el vot en una altra persona associada mitjançant el model adjunt, que s’haurà de lliurar a la Secretaria abans del </w:t>
      </w:r>
      <w:r>
        <w:rPr>
          <w:b w:val="0"/>
          <w:color w:val="006BED"/>
        </w:rPr>
        <w:t>[data]</w:t>
      </w:r>
      <w:r>
        <w:rPr>
          <w:b w:val="0"/>
        </w:rPr>
        <w:t xml:space="preserve">. </w:t>
      </w:r>
      <w:r>
        <w:rPr>
          <w:b w:val="0"/>
          <w:color w:val="006BED"/>
        </w:rPr>
        <w:t>[Eliminar si els estatuts no ho permeten.]</w:t>
      </w:r>
    </w:p>
    <w:p>
      <w:pPr>
        <w:spacing w:after="120"/>
      </w:pPr>
      <w:r>
        <w:rPr>
          <w:b w:val="0"/>
        </w:rPr>
        <w:t xml:space="preserve">A </w:t>
      </w:r>
      <w:r>
        <w:rPr>
          <w:b w:val="0"/>
          <w:color w:val="006BED"/>
        </w:rPr>
        <w:t>[localitat]</w:t>
      </w:r>
      <w:r>
        <w:rPr>
          <w:b w:val="0"/>
        </w:rPr>
        <w:t xml:space="preserve">, </w:t>
      </w:r>
      <w:r>
        <w:rPr>
          <w:b w:val="0"/>
          <w:color w:val="006BED"/>
        </w:rPr>
        <w:t>[data]</w:t>
      </w:r>
      <w:r>
        <w:rPr>
          <w:b w:val="0"/>
        </w:rPr>
        <w:t>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816"/>
          </w:tcPr>
          <w:p>
            <w:r>
              <w:t>El/La Secretari/ària</w:t>
            </w:r>
          </w:p>
        </w:tc>
        <w:tc>
          <w:tcPr>
            <w:tcW w:type="dxa" w:w="4816"/>
          </w:tcPr>
          <w:p>
            <w:r>
              <w:t>Vist i plau El/La President/a</w:t>
            </w:r>
          </w:p>
        </w:tc>
      </w:tr>
    </w:tbl>
    <w:p/>
    <w:p>
      <w:r>
        <w:br w:type="page"/>
      </w:r>
    </w:p>
    <w:p>
      <w:r>
        <w:rPr>
          <w:b/>
          <w:color w:val="0F141C"/>
          <w:sz w:val="32"/>
        </w:rPr>
        <w:t>Convocatòria d’Assemblea General Extraordinària</w:t>
      </w:r>
    </w:p>
    <w:p>
      <w:r>
        <w:rPr>
          <w:color w:val="5A6373"/>
          <w:sz w:val="19"/>
        </w:rPr>
        <w:t>Substitueix el text entre claudàtors i revisa l’antelació i la forma de convocatòria que fixen els teus estatuts.</w:t>
      </w:r>
    </w:p>
    <w:p>
      <w:pPr>
        <w:spacing w:after="120"/>
      </w:pPr>
      <w:r>
        <w:rPr>
          <w:b/>
          <w:color w:val="006BED"/>
        </w:rPr>
        <w:t>[NOM DE L’ASSOCIACIÓ]</w:t>
      </w:r>
    </w:p>
    <w:p>
      <w:pPr>
        <w:spacing w:after="120"/>
      </w:pPr>
      <w:r>
        <w:rPr>
          <w:b w:val="0"/>
        </w:rPr>
        <w:t xml:space="preserve">NIF </w:t>
      </w:r>
      <w:r>
        <w:rPr>
          <w:b w:val="0"/>
          <w:color w:val="006BED"/>
        </w:rPr>
        <w:t>[NIF]</w:t>
      </w:r>
      <w:r>
        <w:rPr>
          <w:b w:val="0"/>
        </w:rPr>
        <w:t xml:space="preserve"> · </w:t>
      </w:r>
      <w:r>
        <w:rPr>
          <w:b w:val="0"/>
          <w:color w:val="006BED"/>
        </w:rPr>
        <w:t>[Domicili social]</w:t>
      </w:r>
    </w:p>
    <w:p>
      <w:pPr>
        <w:spacing w:after="120"/>
      </w:pPr>
      <w:r>
        <w:rPr>
          <w:b w:val="0"/>
        </w:rPr>
        <w:t xml:space="preserve">Per acord de la Junta Directiva de data </w:t>
      </w:r>
      <w:r>
        <w:rPr>
          <w:b w:val="0"/>
          <w:color w:val="006BED"/>
        </w:rPr>
        <w:t>[data]</w:t>
      </w:r>
      <w:r>
        <w:rPr>
          <w:b w:val="0"/>
        </w:rPr>
        <w:t xml:space="preserve"> </w:t>
      </w:r>
      <w:r>
        <w:rPr>
          <w:b w:val="0"/>
          <w:color w:val="006BED"/>
        </w:rPr>
        <w:t>[o: a sol·licitud de [núm.]</w:t>
      </w:r>
      <w:r>
        <w:rPr>
          <w:b w:val="0"/>
        </w:rPr>
        <w:t xml:space="preserve"> persones associades, que representen més del 10 %], i de conformitat amb l’article </w:t>
      </w:r>
      <w:r>
        <w:rPr>
          <w:b w:val="0"/>
          <w:color w:val="006BED"/>
        </w:rPr>
        <w:t>[núm.]</w:t>
      </w:r>
      <w:r>
        <w:rPr>
          <w:b w:val="0"/>
        </w:rPr>
        <w:t xml:space="preserve"> dels Estatuts, es convoca totes les persones associades a l’Assemblea General Extraordinària, que se celebrarà el dia </w:t>
      </w:r>
      <w:r>
        <w:rPr>
          <w:b w:val="0"/>
          <w:color w:val="006BED"/>
        </w:rPr>
        <w:t>[data]</w:t>
      </w:r>
      <w:r>
        <w:rPr>
          <w:b w:val="0"/>
        </w:rPr>
        <w:t xml:space="preserve"> a </w:t>
      </w:r>
      <w:r>
        <w:rPr>
          <w:b w:val="0"/>
          <w:color w:val="006BED"/>
        </w:rPr>
        <w:t>[lloc]</w:t>
      </w:r>
      <w:r>
        <w:rPr>
          <w:b w:val="0"/>
        </w:rPr>
        <w:t xml:space="preserve">, a les </w:t>
      </w:r>
      <w:r>
        <w:rPr>
          <w:b w:val="0"/>
          <w:color w:val="006BED"/>
        </w:rPr>
        <w:t>[hora]</w:t>
      </w:r>
      <w:r>
        <w:rPr>
          <w:b w:val="0"/>
        </w:rPr>
        <w:t xml:space="preserve"> en primera convocatòria i a les </w:t>
      </w:r>
      <w:r>
        <w:rPr>
          <w:b w:val="0"/>
          <w:color w:val="006BED"/>
        </w:rPr>
        <w:t>[hora]</w:t>
      </w:r>
      <w:r>
        <w:rPr>
          <w:b w:val="0"/>
        </w:rPr>
        <w:t xml:space="preserve"> en segona convocatòria, amb el següent</w:t>
      </w:r>
    </w:p>
    <w:p>
      <w:pPr>
        <w:spacing w:after="120"/>
      </w:pPr>
      <w:r>
        <w:rPr>
          <w:b/>
        </w:rPr>
        <w:t>ORDRE DEL DIA</w:t>
      </w:r>
    </w:p>
    <w:p>
      <w:pPr>
        <w:spacing w:after="120"/>
      </w:pPr>
      <w:r>
        <w:rPr>
          <w:b w:val="0"/>
        </w:rPr>
        <w:t xml:space="preserve">1. Elecció dels membres de la Junta Directiva. </w:t>
      </w:r>
      <w:r>
        <w:rPr>
          <w:b w:val="0"/>
          <w:color w:val="006BED"/>
        </w:rPr>
        <w:t>[Les candidatures es presentaran a Secretaria fins al [data]</w:t>
      </w:r>
      <w:r>
        <w:rPr>
          <w:b w:val="0"/>
        </w:rPr>
        <w:t>.]</w:t>
      </w:r>
    </w:p>
    <w:p>
      <w:pPr>
        <w:spacing w:after="120"/>
      </w:pPr>
      <w:r>
        <w:rPr>
          <w:b w:val="0"/>
        </w:rPr>
        <w:t xml:space="preserve">2. Modificació, si escau, dels articles </w:t>
      </w:r>
      <w:r>
        <w:rPr>
          <w:b w:val="0"/>
          <w:color w:val="006BED"/>
        </w:rPr>
        <w:t>[núm.]</w:t>
      </w:r>
      <w:r>
        <w:rPr>
          <w:b w:val="0"/>
        </w:rPr>
        <w:t xml:space="preserve"> dels Estatuts, segons la proposta que s’adjunta.</w:t>
      </w:r>
    </w:p>
    <w:p>
      <w:pPr>
        <w:spacing w:after="120"/>
      </w:pPr>
      <w:r>
        <w:rPr>
          <w:b w:val="0"/>
        </w:rPr>
        <w:t xml:space="preserve">3. </w:t>
      </w:r>
      <w:r>
        <w:rPr>
          <w:b w:val="0"/>
          <w:color w:val="006BED"/>
        </w:rPr>
        <w:t>[Altres assumptes que requereixin assemblea extraordinària: dissolució, disposició de béns, etc.]</w:t>
      </w:r>
    </w:p>
    <w:p>
      <w:pPr>
        <w:spacing w:after="120"/>
      </w:pPr>
      <w:r>
        <w:rPr>
          <w:b w:val="0"/>
        </w:rPr>
        <w:t xml:space="preserve">La proposta de modificació d’Estatuts i la documentació de cada punt estan a disposició de les persones associades a </w:t>
      </w:r>
      <w:r>
        <w:rPr>
          <w:b w:val="0"/>
          <w:color w:val="006BED"/>
        </w:rPr>
        <w:t>[lloc / web]</w:t>
      </w:r>
      <w:r>
        <w:rPr>
          <w:b w:val="0"/>
        </w:rPr>
        <w:t xml:space="preserve"> des del dia </w:t>
      </w:r>
      <w:r>
        <w:rPr>
          <w:b w:val="0"/>
          <w:color w:val="006BED"/>
        </w:rPr>
        <w:t>[data]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 xml:space="preserve">A </w:t>
      </w:r>
      <w:r>
        <w:rPr>
          <w:b w:val="0"/>
          <w:color w:val="006BED"/>
        </w:rPr>
        <w:t>[localitat]</w:t>
      </w:r>
      <w:r>
        <w:rPr>
          <w:b w:val="0"/>
        </w:rPr>
        <w:t xml:space="preserve">, </w:t>
      </w:r>
      <w:r>
        <w:rPr>
          <w:b w:val="0"/>
          <w:color w:val="006BED"/>
        </w:rPr>
        <w:t>[data]</w:t>
      </w:r>
      <w:r>
        <w:rPr>
          <w:b w:val="0"/>
        </w:rPr>
        <w:t>.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16"/>
        <w:gridCol w:w="4816"/>
      </w:tblGrid>
      <w:tr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  <w:tc>
          <w:tcPr>
            <w:tcW w:type="dxa" w:w="4816"/>
          </w:tcPr>
          <w:p>
            <w:r>
              <w:br/>
              <w:br/>
              <w:br/>
              <w:t>______________________________</w:t>
            </w:r>
          </w:p>
        </w:tc>
      </w:tr>
      <w:tr>
        <w:tc>
          <w:tcPr>
            <w:tcW w:type="dxa" w:w="4816"/>
          </w:tcPr>
          <w:p>
            <w:r>
              <w:t>El/La Secretari/ària</w:t>
            </w:r>
          </w:p>
        </w:tc>
        <w:tc>
          <w:tcPr>
            <w:tcW w:type="dxa" w:w="4816"/>
          </w:tcPr>
          <w:p>
            <w:r>
              <w:t>Vist i plau El/La President/a</w:t>
            </w:r>
          </w:p>
        </w:tc>
      </w:tr>
    </w:tbl>
    <w:p/>
    <w:p>
      <w:r>
        <w:br w:type="page"/>
      </w:r>
    </w:p>
    <w:p>
      <w:r>
        <w:rPr>
          <w:b/>
          <w:color w:val="0F141C"/>
          <w:sz w:val="32"/>
        </w:rPr>
        <w:t>Delegació de vot</w:t>
      </w:r>
    </w:p>
    <w:p>
      <w:r>
        <w:rPr>
          <w:color w:val="5A6373"/>
          <w:sz w:val="19"/>
        </w:rPr>
        <w:t>Substitueix el text entre claudàtors i revisa l’antelació i la forma de convocatòria que fixen els teus estatuts.</w:t>
      </w:r>
    </w:p>
    <w:p>
      <w:pPr>
        <w:spacing w:after="120"/>
      </w:pPr>
      <w:r>
        <w:rPr>
          <w:b w:val="0"/>
        </w:rPr>
        <w:t xml:space="preserve">El Sr./La Sra. </w:t>
      </w:r>
      <w:r>
        <w:rPr>
          <w:b w:val="0"/>
          <w:color w:val="006BED"/>
        </w:rPr>
        <w:t>[nom i cognoms]</w:t>
      </w:r>
      <w:r>
        <w:rPr>
          <w:b w:val="0"/>
        </w:rPr>
        <w:t xml:space="preserve">, amb DNI </w:t>
      </w:r>
      <w:r>
        <w:rPr>
          <w:b w:val="0"/>
          <w:color w:val="006BED"/>
        </w:rPr>
        <w:t>[núm.]</w:t>
      </w:r>
      <w:r>
        <w:rPr>
          <w:b w:val="0"/>
        </w:rPr>
        <w:t xml:space="preserve">, persona associada de </w:t>
      </w:r>
      <w:r>
        <w:rPr>
          <w:b w:val="0"/>
          <w:color w:val="006BED"/>
        </w:rPr>
        <w:t>[nom de l’associació]</w:t>
      </w:r>
      <w:r>
        <w:rPr>
          <w:b w:val="0"/>
        </w:rPr>
        <w:t>,</w:t>
      </w:r>
    </w:p>
    <w:p>
      <w:pPr>
        <w:spacing w:after="120"/>
      </w:pPr>
      <w:r>
        <w:rPr>
          <w:b/>
        </w:rPr>
        <w:t>DELEGA</w:t>
      </w:r>
    </w:p>
    <w:p>
      <w:pPr>
        <w:spacing w:after="120"/>
      </w:pPr>
      <w:r>
        <w:rPr>
          <w:b w:val="0"/>
        </w:rPr>
        <w:t xml:space="preserve">el seu vot per a l’Assemblea General </w:t>
      </w:r>
      <w:r>
        <w:rPr>
          <w:b w:val="0"/>
          <w:color w:val="006BED"/>
        </w:rPr>
        <w:t>[Ordinària / Extraordinària]</w:t>
      </w:r>
      <w:r>
        <w:rPr>
          <w:b w:val="0"/>
        </w:rPr>
        <w:t xml:space="preserve"> del dia </w:t>
      </w:r>
      <w:r>
        <w:rPr>
          <w:b w:val="0"/>
          <w:color w:val="006BED"/>
        </w:rPr>
        <w:t>[data]</w:t>
      </w:r>
      <w:r>
        <w:rPr>
          <w:b w:val="0"/>
        </w:rPr>
        <w:t xml:space="preserve"> en el Sr./la Sra. </w:t>
      </w:r>
      <w:r>
        <w:rPr>
          <w:b w:val="0"/>
          <w:color w:val="006BED"/>
        </w:rPr>
        <w:t>[nom i cognoms]</w:t>
      </w:r>
      <w:r>
        <w:rPr>
          <w:b w:val="0"/>
        </w:rPr>
        <w:t xml:space="preserve">, amb DNI </w:t>
      </w:r>
      <w:r>
        <w:rPr>
          <w:b w:val="0"/>
          <w:color w:val="006BED"/>
        </w:rPr>
        <w:t>[núm.]</w:t>
      </w:r>
      <w:r>
        <w:rPr>
          <w:b w:val="0"/>
        </w:rPr>
        <w:t xml:space="preserve">, també persona associada, perquè voti en nom seu sobre tots els punts de l’ordre del dia </w:t>
      </w:r>
      <w:r>
        <w:rPr>
          <w:b w:val="0"/>
          <w:color w:val="006BED"/>
        </w:rPr>
        <w:t>[o: sobre els punts [núm.]</w:t>
      </w:r>
      <w:r>
        <w:rPr>
          <w:b w:val="0"/>
        </w:rPr>
        <w:t>].</w:t>
      </w:r>
    </w:p>
    <w:p>
      <w:pPr>
        <w:spacing w:after="120"/>
      </w:pPr>
      <w:r>
        <w:rPr>
          <w:b w:val="0"/>
        </w:rPr>
        <w:t xml:space="preserve">A </w:t>
      </w:r>
      <w:r>
        <w:rPr>
          <w:b w:val="0"/>
          <w:color w:val="006BED"/>
        </w:rPr>
        <w:t>[localitat]</w:t>
      </w:r>
      <w:r>
        <w:rPr>
          <w:b w:val="0"/>
        </w:rPr>
        <w:t xml:space="preserve">, </w:t>
      </w:r>
      <w:r>
        <w:rPr>
          <w:b w:val="0"/>
          <w:color w:val="006BED"/>
        </w:rPr>
        <w:t>[data]</w:t>
      </w:r>
      <w:r>
        <w:rPr>
          <w:b w:val="0"/>
        </w:rPr>
        <w:t>.</w:t>
      </w:r>
    </w:p>
    <w:p>
      <w:pPr>
        <w:spacing w:after="120"/>
      </w:pPr>
      <w:r>
        <w:rPr>
          <w:b w:val="0"/>
        </w:rPr>
        <w:t>Signatura de qui delega: ______________________      Signatura de qui accepta: ______________________</w:t>
      </w:r>
    </w:p>
    <w:p>
      <w:r>
        <w:rPr>
          <w:i/>
          <w:color w:val="5A6373"/>
          <w:sz w:val="18"/>
        </w:rPr>
        <w:t>Recorda guardar la prova de l’enviament a totes les persones associades (correu, tauler amb data o acusament de la plataforma).</w:t>
      </w:r>
    </w:p>
    <w:sectPr w:rsidR="00FC693F" w:rsidRPr="0006063C" w:rsidSect="00034616">
      <w:footerReference w:type="default" r:id="rId9"/>
      <w:pgSz w:w="12240" w:h="15840"/>
      <w:pgMar w:top="1247" w:right="1304" w:bottom="1247" w:left="130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6373"/>
        <w:sz w:val="16"/>
      </w:rPr>
      <w:t>Model facilitat per Playoff · playoffinformatica.com · Adapta’l als estatuts de la teva entitat.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